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1500"/>
        <w:gridCol w:w="7860"/>
      </w:tblGrid>
      <w:tr w:rsidR="00E6574D" w14:paraId="728E55DB" w14:textId="77777777">
        <w:trPr>
          <w:jc w:val="center"/>
        </w:trPr>
        <w:tc>
          <w:tcPr>
            <w:tcW w:w="1500" w:type="dxa"/>
            <w:shd w:val="clear" w:color="auto" w:fill="17324D"/>
            <w:tcMar>
              <w:top w:w="150" w:type="dxa"/>
              <w:left w:w="170" w:type="dxa"/>
              <w:bottom w:w="150" w:type="dxa"/>
              <w:right w:w="170" w:type="dxa"/>
            </w:tcMar>
            <w:vAlign w:val="center"/>
          </w:tcPr>
          <w:p w14:paraId="57A00234" w14:textId="6C64F1BB" w:rsidR="00E6574D" w:rsidRDefault="00000000">
            <w:pPr>
              <w:jc w:val="center"/>
            </w:pPr>
            <w:r w:rsidRPr="008F161C">
              <w:rPr>
                <w:b/>
                <w:color w:val="FFFFFF"/>
                <w:sz w:val="32"/>
                <w:szCs w:val="18"/>
              </w:rPr>
              <w:t>L</w:t>
            </w:r>
            <w:r w:rsidR="008F161C" w:rsidRPr="008F161C">
              <w:rPr>
                <w:b/>
                <w:color w:val="FFFFFF"/>
                <w:sz w:val="32"/>
                <w:szCs w:val="18"/>
              </w:rPr>
              <w:t>R</w:t>
            </w:r>
            <w:r w:rsidRPr="008F161C">
              <w:rPr>
                <w:b/>
                <w:color w:val="FFFFFF"/>
                <w:sz w:val="32"/>
                <w:szCs w:val="18"/>
              </w:rPr>
              <w:t>FPD</w:t>
            </w:r>
          </w:p>
        </w:tc>
        <w:tc>
          <w:tcPr>
            <w:tcW w:w="7860" w:type="dxa"/>
            <w:shd w:val="clear" w:color="auto" w:fill="17324D"/>
            <w:tcMar>
              <w:top w:w="150" w:type="dxa"/>
              <w:left w:w="170" w:type="dxa"/>
              <w:bottom w:w="150" w:type="dxa"/>
              <w:right w:w="170" w:type="dxa"/>
            </w:tcMar>
            <w:vAlign w:val="center"/>
          </w:tcPr>
          <w:p w14:paraId="30817C67" w14:textId="77777777" w:rsidR="00E6574D" w:rsidRDefault="00000000">
            <w:r>
              <w:rPr>
                <w:b/>
                <w:color w:val="CAD7E2"/>
                <w:sz w:val="18"/>
              </w:rPr>
              <w:t>BOARD OF DIRECTORS</w:t>
            </w:r>
            <w:r>
              <w:br/>
            </w:r>
            <w:r>
              <w:rPr>
                <w:b/>
                <w:color w:val="FFFFFF"/>
                <w:sz w:val="40"/>
              </w:rPr>
              <w:t>REGULAR MEETING AGENDA</w:t>
            </w:r>
          </w:p>
        </w:tc>
      </w:tr>
    </w:tbl>
    <w:p w14:paraId="5980959D" w14:textId="77777777" w:rsidR="00E6574D" w:rsidRDefault="00000000">
      <w:pPr>
        <w:spacing w:before="100" w:after="100"/>
        <w:jc w:val="center"/>
      </w:pPr>
      <w:r>
        <w:rPr>
          <w:b/>
          <w:color w:val="A61E22"/>
        </w:rPr>
        <w:t>LOWELL FIRE PROTECTION DISTRICT</w:t>
      </w:r>
    </w:p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1250"/>
        <w:gridCol w:w="3430"/>
        <w:gridCol w:w="1250"/>
        <w:gridCol w:w="3430"/>
      </w:tblGrid>
      <w:tr w:rsidR="00E6574D" w14:paraId="4A30ABAA" w14:textId="77777777">
        <w:trPr>
          <w:jc w:val="center"/>
        </w:trPr>
        <w:tc>
          <w:tcPr>
            <w:tcW w:w="1250" w:type="dxa"/>
            <w:shd w:val="clear" w:color="auto" w:fill="A61E2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4F886F8" w14:textId="77777777" w:rsidR="00E6574D" w:rsidRDefault="00000000">
            <w:r>
              <w:rPr>
                <w:b/>
                <w:color w:val="FFFFFF"/>
                <w:sz w:val="16"/>
              </w:rPr>
              <w:t>DATE</w:t>
            </w:r>
          </w:p>
        </w:tc>
        <w:tc>
          <w:tcPr>
            <w:tcW w:w="3430" w:type="dxa"/>
            <w:shd w:val="clear" w:color="auto" w:fill="EEF2F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D5EB741" w14:textId="58F07FFE" w:rsidR="00E6574D" w:rsidRDefault="008F161C">
            <w:r>
              <w:rPr>
                <w:b/>
                <w:color w:val="17324D"/>
                <w:sz w:val="19"/>
              </w:rPr>
              <w:t>October</w:t>
            </w:r>
            <w:r w:rsidR="00FC68D2">
              <w:rPr>
                <w:b/>
                <w:color w:val="17324D"/>
                <w:sz w:val="19"/>
              </w:rPr>
              <w:t xml:space="preserve"> </w:t>
            </w:r>
            <w:r>
              <w:rPr>
                <w:b/>
                <w:color w:val="17324D"/>
                <w:sz w:val="19"/>
              </w:rPr>
              <w:t>14</w:t>
            </w:r>
            <w:r w:rsidR="00FC68D2">
              <w:rPr>
                <w:b/>
                <w:color w:val="17324D"/>
                <w:sz w:val="19"/>
              </w:rPr>
              <w:t>, 2026</w:t>
            </w:r>
          </w:p>
        </w:tc>
        <w:tc>
          <w:tcPr>
            <w:tcW w:w="1250" w:type="dxa"/>
            <w:shd w:val="clear" w:color="auto" w:fill="A61E2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5A90650" w14:textId="77777777" w:rsidR="00E6574D" w:rsidRDefault="00000000">
            <w:r>
              <w:rPr>
                <w:b/>
                <w:color w:val="FFFFFF"/>
                <w:sz w:val="16"/>
              </w:rPr>
              <w:t>TIME</w:t>
            </w:r>
          </w:p>
        </w:tc>
        <w:tc>
          <w:tcPr>
            <w:tcW w:w="3430" w:type="dxa"/>
            <w:shd w:val="clear" w:color="auto" w:fill="EEF2F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06412C3" w14:textId="00A6B919" w:rsidR="00E6574D" w:rsidRDefault="00FC68D2">
            <w:r>
              <w:rPr>
                <w:b/>
                <w:color w:val="17324D"/>
                <w:sz w:val="19"/>
              </w:rPr>
              <w:t>5:00 pm</w:t>
            </w:r>
          </w:p>
        </w:tc>
      </w:tr>
      <w:tr w:rsidR="00E6574D" w14:paraId="0238C69F" w14:textId="77777777">
        <w:trPr>
          <w:jc w:val="center"/>
        </w:trPr>
        <w:tc>
          <w:tcPr>
            <w:tcW w:w="1250" w:type="dxa"/>
            <w:shd w:val="clear" w:color="auto" w:fill="A61E2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8367718" w14:textId="77777777" w:rsidR="00E6574D" w:rsidRDefault="00000000">
            <w:r>
              <w:rPr>
                <w:b/>
                <w:color w:val="FFFFFF"/>
                <w:sz w:val="16"/>
              </w:rPr>
              <w:t>LOCATION</w:t>
            </w:r>
          </w:p>
        </w:tc>
        <w:tc>
          <w:tcPr>
            <w:tcW w:w="3430" w:type="dxa"/>
            <w:shd w:val="clear" w:color="auto" w:fill="EEF2F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C83A17E" w14:textId="496EF45B" w:rsidR="00E6574D" w:rsidRDefault="00FC68D2">
            <w:r>
              <w:rPr>
                <w:color w:val="17324D"/>
                <w:sz w:val="19"/>
              </w:rPr>
              <w:t>389 N Pioneer St. Lowell</w:t>
            </w:r>
          </w:p>
        </w:tc>
        <w:tc>
          <w:tcPr>
            <w:tcW w:w="1250" w:type="dxa"/>
            <w:shd w:val="clear" w:color="auto" w:fill="A61E2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0D74D72" w14:textId="77777777" w:rsidR="00E6574D" w:rsidRDefault="00000000">
            <w:r>
              <w:rPr>
                <w:b/>
                <w:color w:val="FFFFFF"/>
                <w:sz w:val="16"/>
              </w:rPr>
              <w:t>MEETING TYPE</w:t>
            </w:r>
          </w:p>
        </w:tc>
        <w:tc>
          <w:tcPr>
            <w:tcW w:w="3430" w:type="dxa"/>
            <w:shd w:val="clear" w:color="auto" w:fill="EEF2F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EC2CCD5" w14:textId="77777777" w:rsidR="00E6574D" w:rsidRDefault="00000000">
            <w:r>
              <w:rPr>
                <w:color w:val="17324D"/>
                <w:sz w:val="19"/>
              </w:rPr>
              <w:t>Regular Meeting</w:t>
            </w:r>
          </w:p>
        </w:tc>
      </w:tr>
    </w:tbl>
    <w:p w14:paraId="572880ED" w14:textId="77777777" w:rsidR="00E6574D" w:rsidRDefault="00000000">
      <w:pPr>
        <w:spacing w:before="100"/>
      </w:pPr>
      <w:r>
        <w:rPr>
          <w:b/>
          <w:color w:val="17324D"/>
          <w:sz w:val="17"/>
        </w:rPr>
        <w:t xml:space="preserve">Board of Directors: </w:t>
      </w:r>
      <w:r>
        <w:rPr>
          <w:color w:val="59636E"/>
          <w:sz w:val="17"/>
        </w:rPr>
        <w:t>Max Baker  |  Liz Annis  |  John Myers  |  Bob Burr  |  Trystan Pierzina</w:t>
      </w:r>
    </w:p>
    <w:p w14:paraId="47E6E2A9" w14:textId="77777777" w:rsidR="00E6574D" w:rsidRDefault="00000000">
      <w:pPr>
        <w:spacing w:after="100"/>
      </w:pPr>
      <w:r>
        <w:rPr>
          <w:b/>
          <w:color w:val="17324D"/>
          <w:sz w:val="17"/>
        </w:rPr>
        <w:t xml:space="preserve">Staff: </w:t>
      </w:r>
      <w:r>
        <w:rPr>
          <w:color w:val="59636E"/>
          <w:sz w:val="17"/>
        </w:rPr>
        <w:t>Lon Dragt, Fire Chief</w:t>
      </w:r>
    </w:p>
    <w:p w14:paraId="7F9240B6" w14:textId="77777777" w:rsidR="00E6574D" w:rsidRDefault="00000000">
      <w:pPr>
        <w:pBdr>
          <w:bottom w:val="single" w:sz="18" w:space="0" w:color="A61E22"/>
        </w:pBdr>
        <w:spacing w:after="20"/>
      </w:pPr>
      <w:r>
        <w:rPr>
          <w:b/>
          <w:color w:val="17324D"/>
          <w:sz w:val="26"/>
        </w:rPr>
        <w:t>AGENDA</w:t>
      </w:r>
    </w:p>
    <w:p w14:paraId="28C985B9" w14:textId="77777777" w:rsidR="00E6574D" w:rsidRDefault="00000000">
      <w:pPr>
        <w:pStyle w:val="AgendaItem"/>
      </w:pPr>
      <w:r>
        <w:rPr>
          <w:b/>
          <w:color w:val="A61E22"/>
        </w:rPr>
        <w:t xml:space="preserve">1.  </w:t>
      </w:r>
      <w:r>
        <w:rPr>
          <w:b/>
          <w:color w:val="17324D"/>
        </w:rPr>
        <w:t>Call to Order</w:t>
      </w:r>
    </w:p>
    <w:p w14:paraId="561BCA92" w14:textId="77777777" w:rsidR="00E6574D" w:rsidRDefault="00000000">
      <w:pPr>
        <w:pStyle w:val="AgendaItem"/>
      </w:pPr>
      <w:r>
        <w:rPr>
          <w:b/>
          <w:color w:val="A61E22"/>
        </w:rPr>
        <w:t xml:space="preserve">2.  </w:t>
      </w:r>
      <w:r>
        <w:rPr>
          <w:b/>
          <w:color w:val="17324D"/>
        </w:rPr>
        <w:t>Roll Call and Determination of Quorum</w:t>
      </w:r>
    </w:p>
    <w:p w14:paraId="03371E02" w14:textId="77777777" w:rsidR="00E6574D" w:rsidRDefault="00000000">
      <w:pPr>
        <w:pStyle w:val="AgendaItem"/>
      </w:pPr>
      <w:r>
        <w:rPr>
          <w:b/>
          <w:color w:val="A61E22"/>
        </w:rPr>
        <w:t xml:space="preserve">3.  </w:t>
      </w:r>
      <w:r>
        <w:rPr>
          <w:b/>
          <w:color w:val="17324D"/>
        </w:rPr>
        <w:t>Pledge of Allegiance</w:t>
      </w:r>
    </w:p>
    <w:p w14:paraId="7486D378" w14:textId="097A128D" w:rsidR="00E6574D" w:rsidRDefault="00000000">
      <w:pPr>
        <w:pStyle w:val="AgendaItem"/>
        <w:keepNext/>
      </w:pPr>
      <w:r>
        <w:rPr>
          <w:b/>
          <w:color w:val="A61E22"/>
        </w:rPr>
        <w:t xml:space="preserve">4.  </w:t>
      </w:r>
      <w:r>
        <w:rPr>
          <w:b/>
          <w:color w:val="17324D"/>
        </w:rPr>
        <w:t>Agenda Review and Approval</w:t>
      </w:r>
      <w:r w:rsidR="008F161C">
        <w:rPr>
          <w:b/>
          <w:color w:val="17324D"/>
        </w:rPr>
        <w:tab/>
      </w:r>
      <w:r w:rsidR="008F161C">
        <w:rPr>
          <w:b/>
          <w:color w:val="17324D"/>
        </w:rPr>
        <w:tab/>
        <w:t>1</w:t>
      </w:r>
      <w:r w:rsidR="008F161C" w:rsidRPr="008F161C">
        <w:rPr>
          <w:b/>
          <w:color w:val="17324D"/>
          <w:vertAlign w:val="superscript"/>
        </w:rPr>
        <w:t>st</w:t>
      </w:r>
      <w:r w:rsidR="008F161C">
        <w:rPr>
          <w:b/>
          <w:color w:val="17324D"/>
        </w:rPr>
        <w:t xml:space="preserve"> _______ 2</w:t>
      </w:r>
      <w:r w:rsidR="008F161C" w:rsidRPr="008F161C">
        <w:rPr>
          <w:b/>
          <w:color w:val="17324D"/>
          <w:vertAlign w:val="superscript"/>
        </w:rPr>
        <w:t>nd</w:t>
      </w:r>
      <w:r w:rsidR="008F161C">
        <w:rPr>
          <w:b/>
          <w:color w:val="17324D"/>
        </w:rPr>
        <w:t xml:space="preserve"> _______ Vote _______</w:t>
      </w:r>
    </w:p>
    <w:p w14:paraId="736B8AE5" w14:textId="77777777" w:rsidR="00E6574D" w:rsidRDefault="00000000">
      <w:pPr>
        <w:pStyle w:val="AgendaDetail"/>
      </w:pPr>
      <w:r>
        <w:rPr>
          <w:b/>
          <w:color w:val="A61E22"/>
        </w:rPr>
        <w:t xml:space="preserve">Requested action: </w:t>
      </w:r>
      <w:r>
        <w:rPr>
          <w:color w:val="1F252B"/>
        </w:rPr>
        <w:t>Approve or amend the agenda.</w:t>
      </w:r>
    </w:p>
    <w:p w14:paraId="7FBC5E1C" w14:textId="77777777" w:rsidR="00E6574D" w:rsidRDefault="00000000">
      <w:pPr>
        <w:pStyle w:val="AgendaItem"/>
        <w:keepNext/>
      </w:pPr>
      <w:r>
        <w:rPr>
          <w:b/>
          <w:color w:val="A61E22"/>
        </w:rPr>
        <w:t xml:space="preserve">5.  </w:t>
      </w:r>
      <w:r>
        <w:rPr>
          <w:b/>
          <w:color w:val="17324D"/>
        </w:rPr>
        <w:t>Public Comment</w:t>
      </w:r>
    </w:p>
    <w:p w14:paraId="7D3D1F2B" w14:textId="7BC676C8" w:rsidR="00E6574D" w:rsidRDefault="00000000">
      <w:pPr>
        <w:pStyle w:val="AgendaItem"/>
        <w:keepNext/>
      </w:pPr>
      <w:r>
        <w:rPr>
          <w:b/>
          <w:color w:val="A61E22"/>
        </w:rPr>
        <w:t xml:space="preserve">6.  </w:t>
      </w:r>
      <w:r>
        <w:rPr>
          <w:b/>
          <w:color w:val="17324D"/>
        </w:rPr>
        <w:t>Consent Agenda</w:t>
      </w:r>
      <w:r w:rsidR="008F161C">
        <w:rPr>
          <w:b/>
          <w:color w:val="17324D"/>
        </w:rPr>
        <w:tab/>
      </w:r>
      <w:r w:rsidR="008F161C">
        <w:rPr>
          <w:b/>
          <w:color w:val="17324D"/>
        </w:rPr>
        <w:tab/>
        <w:t>1</w:t>
      </w:r>
      <w:r w:rsidR="008F161C" w:rsidRPr="008F161C">
        <w:rPr>
          <w:b/>
          <w:color w:val="17324D"/>
          <w:vertAlign w:val="superscript"/>
        </w:rPr>
        <w:t>st</w:t>
      </w:r>
      <w:r w:rsidR="008F161C">
        <w:rPr>
          <w:b/>
          <w:color w:val="17324D"/>
        </w:rPr>
        <w:t xml:space="preserve"> _______ 2</w:t>
      </w:r>
      <w:r w:rsidR="008F161C" w:rsidRPr="008F161C">
        <w:rPr>
          <w:b/>
          <w:color w:val="17324D"/>
          <w:vertAlign w:val="superscript"/>
        </w:rPr>
        <w:t>nd</w:t>
      </w:r>
      <w:r w:rsidR="008F161C">
        <w:rPr>
          <w:b/>
          <w:color w:val="17324D"/>
        </w:rPr>
        <w:t xml:space="preserve"> _______ Vote _______</w:t>
      </w:r>
    </w:p>
    <w:p w14:paraId="69E2D466" w14:textId="77777777" w:rsidR="00E6574D" w:rsidRDefault="00000000">
      <w:pPr>
        <w:pStyle w:val="AgendaDetail"/>
      </w:pPr>
      <w:r>
        <w:rPr>
          <w:b/>
          <w:color w:val="A61E22"/>
        </w:rPr>
        <w:t xml:space="preserve">Requested action: </w:t>
      </w:r>
      <w:r>
        <w:rPr>
          <w:color w:val="1F252B"/>
        </w:rPr>
        <w:t>Approve the consent agenda as presented or amended.</w:t>
      </w:r>
    </w:p>
    <w:p w14:paraId="3DFB2D6A" w14:textId="6E503FF3" w:rsidR="00E6574D" w:rsidRDefault="00000000" w:rsidP="003C284A">
      <w:pPr>
        <w:pStyle w:val="ListBullet"/>
        <w:numPr>
          <w:ilvl w:val="0"/>
          <w:numId w:val="14"/>
        </w:numPr>
        <w:spacing w:after="20"/>
      </w:pPr>
      <w:r>
        <w:rPr>
          <w:sz w:val="19"/>
        </w:rPr>
        <w:t xml:space="preserve">Approval of prior meeting minutes: </w:t>
      </w:r>
      <w:r w:rsidR="00FC68D2">
        <w:rPr>
          <w:sz w:val="19"/>
        </w:rPr>
        <w:t>0</w:t>
      </w:r>
      <w:r w:rsidR="008F161C">
        <w:rPr>
          <w:sz w:val="19"/>
        </w:rPr>
        <w:t>9</w:t>
      </w:r>
      <w:r w:rsidR="00FC68D2">
        <w:rPr>
          <w:sz w:val="19"/>
        </w:rPr>
        <w:t>/</w:t>
      </w:r>
      <w:r w:rsidR="008F161C">
        <w:rPr>
          <w:sz w:val="19"/>
        </w:rPr>
        <w:t>9</w:t>
      </w:r>
      <w:r w:rsidR="00FC68D2">
        <w:rPr>
          <w:sz w:val="19"/>
        </w:rPr>
        <w:t>/2026</w:t>
      </w:r>
    </w:p>
    <w:p w14:paraId="680A059C" w14:textId="77777777" w:rsidR="00E6574D" w:rsidRDefault="00000000" w:rsidP="003C284A">
      <w:pPr>
        <w:pStyle w:val="ListBullet"/>
        <w:numPr>
          <w:ilvl w:val="0"/>
          <w:numId w:val="14"/>
        </w:numPr>
        <w:spacing w:after="20"/>
      </w:pPr>
      <w:r>
        <w:rPr>
          <w:sz w:val="19"/>
        </w:rPr>
        <w:t>Review and approval of financial reports and claims</w:t>
      </w:r>
    </w:p>
    <w:p w14:paraId="2C2627B7" w14:textId="77777777" w:rsidR="00E6574D" w:rsidRDefault="00000000">
      <w:pPr>
        <w:pStyle w:val="AgendaItem"/>
      </w:pPr>
      <w:r>
        <w:rPr>
          <w:b/>
          <w:color w:val="A61E22"/>
        </w:rPr>
        <w:t xml:space="preserve">7.  </w:t>
      </w:r>
      <w:r>
        <w:rPr>
          <w:b/>
          <w:color w:val="17324D"/>
        </w:rPr>
        <w:t>Reports and Updates</w:t>
      </w:r>
    </w:p>
    <w:p w14:paraId="4ECE63C2" w14:textId="77777777" w:rsidR="00E6574D" w:rsidRDefault="00000000" w:rsidP="003C284A">
      <w:pPr>
        <w:pStyle w:val="ListBullet"/>
        <w:numPr>
          <w:ilvl w:val="0"/>
          <w:numId w:val="13"/>
        </w:numPr>
        <w:spacing w:after="20"/>
      </w:pPr>
      <w:r>
        <w:rPr>
          <w:sz w:val="19"/>
        </w:rPr>
        <w:t>Fire Chief’s report</w:t>
      </w:r>
    </w:p>
    <w:p w14:paraId="5ED5DFDE" w14:textId="77777777" w:rsidR="00E6574D" w:rsidRDefault="00000000" w:rsidP="003C284A">
      <w:pPr>
        <w:pStyle w:val="ListBullet"/>
        <w:numPr>
          <w:ilvl w:val="1"/>
          <w:numId w:val="13"/>
        </w:numPr>
        <w:tabs>
          <w:tab w:val="num" w:pos="504"/>
        </w:tabs>
        <w:spacing w:after="20"/>
      </w:pPr>
      <w:r>
        <w:rPr>
          <w:sz w:val="19"/>
        </w:rPr>
        <w:t>Operations, staffing, training, and safety</w:t>
      </w:r>
    </w:p>
    <w:p w14:paraId="4DFA320C" w14:textId="77777777" w:rsidR="00E6574D" w:rsidRDefault="00000000" w:rsidP="003C284A">
      <w:pPr>
        <w:pStyle w:val="ListBullet"/>
        <w:numPr>
          <w:ilvl w:val="1"/>
          <w:numId w:val="13"/>
        </w:numPr>
        <w:tabs>
          <w:tab w:val="num" w:pos="504"/>
        </w:tabs>
        <w:spacing w:after="20"/>
      </w:pPr>
      <w:r>
        <w:rPr>
          <w:sz w:val="19"/>
        </w:rPr>
        <w:t>Facilities, apparatus, and equipment</w:t>
      </w:r>
    </w:p>
    <w:p w14:paraId="125ECD81" w14:textId="77777777" w:rsidR="00E6574D" w:rsidRDefault="00000000" w:rsidP="003C284A">
      <w:pPr>
        <w:pStyle w:val="ListBullet"/>
        <w:numPr>
          <w:ilvl w:val="1"/>
          <w:numId w:val="13"/>
        </w:numPr>
        <w:tabs>
          <w:tab w:val="num" w:pos="504"/>
        </w:tabs>
        <w:spacing w:after="20"/>
      </w:pPr>
      <w:r>
        <w:rPr>
          <w:sz w:val="19"/>
        </w:rPr>
        <w:t>Budget and financial update</w:t>
      </w:r>
    </w:p>
    <w:p w14:paraId="1521C7DB" w14:textId="77777777" w:rsidR="00E6574D" w:rsidRDefault="00000000">
      <w:pPr>
        <w:pStyle w:val="AgendaItem"/>
        <w:keepNext/>
      </w:pPr>
      <w:r>
        <w:rPr>
          <w:b/>
          <w:color w:val="A61E22"/>
        </w:rPr>
        <w:t xml:space="preserve">8.  </w:t>
      </w:r>
      <w:r>
        <w:rPr>
          <w:b/>
          <w:color w:val="17324D"/>
        </w:rPr>
        <w:t>Unfinished Business</w:t>
      </w:r>
    </w:p>
    <w:p w14:paraId="4BFCDD4C" w14:textId="5DFB4ACB" w:rsidR="00E6574D" w:rsidRDefault="00FC68D2">
      <w:pPr>
        <w:pStyle w:val="AgendaDetail"/>
      </w:pPr>
      <w:r>
        <w:t>None</w:t>
      </w:r>
    </w:p>
    <w:p w14:paraId="3EC2840D" w14:textId="77777777" w:rsidR="00E6574D" w:rsidRDefault="00000000">
      <w:pPr>
        <w:pStyle w:val="AgendaItem"/>
        <w:keepNext/>
      </w:pPr>
      <w:r>
        <w:rPr>
          <w:b/>
          <w:color w:val="A61E22"/>
        </w:rPr>
        <w:t xml:space="preserve">9.  </w:t>
      </w:r>
      <w:r>
        <w:rPr>
          <w:b/>
          <w:color w:val="17324D"/>
        </w:rPr>
        <w:t>New Business</w:t>
      </w:r>
    </w:p>
    <w:p w14:paraId="4750BF96" w14:textId="448EB95A" w:rsidR="00E6574D" w:rsidRDefault="00FC68D2" w:rsidP="00FC68D2">
      <w:pPr>
        <w:pStyle w:val="AgendaDetail"/>
        <w:numPr>
          <w:ilvl w:val="0"/>
          <w:numId w:val="12"/>
        </w:numPr>
      </w:pPr>
      <w:r>
        <w:t>Discuss Command Truck Purchase</w:t>
      </w:r>
      <w:r w:rsidR="008F161C">
        <w:t xml:space="preserve"> Financing Options</w:t>
      </w:r>
    </w:p>
    <w:p w14:paraId="5C84D48C" w14:textId="5D4A35B6" w:rsidR="003A4C91" w:rsidRDefault="003A4C91" w:rsidP="00FC68D2">
      <w:pPr>
        <w:pStyle w:val="AgendaDetail"/>
        <w:numPr>
          <w:ilvl w:val="0"/>
          <w:numId w:val="12"/>
        </w:numPr>
      </w:pPr>
      <w:r>
        <w:t>Resolution 2026 – 6 GASB Statement No. 103</w:t>
      </w:r>
    </w:p>
    <w:p w14:paraId="65E4D117" w14:textId="3904162A" w:rsidR="003C284A" w:rsidRDefault="003C284A" w:rsidP="003C284A">
      <w:pPr>
        <w:pStyle w:val="AgendaItem"/>
        <w:keepNext/>
        <w:rPr>
          <w:b/>
          <w:color w:val="17324D"/>
        </w:rPr>
      </w:pPr>
      <w:r w:rsidRPr="003C284A">
        <w:rPr>
          <w:b/>
          <w:color w:val="A61E22"/>
        </w:rPr>
        <w:t xml:space="preserve">10.  </w:t>
      </w:r>
      <w:r w:rsidRPr="003C284A">
        <w:rPr>
          <w:b/>
          <w:color w:val="17324D"/>
        </w:rPr>
        <w:t>Other Business</w:t>
      </w:r>
    </w:p>
    <w:p w14:paraId="41D24C2C" w14:textId="4EC926DE" w:rsidR="003C284A" w:rsidRPr="003C284A" w:rsidRDefault="00D03899" w:rsidP="00D03899">
      <w:pPr>
        <w:pStyle w:val="AgendaDetail"/>
        <w:numPr>
          <w:ilvl w:val="0"/>
          <w:numId w:val="12"/>
        </w:numPr>
      </w:pPr>
      <w:r>
        <w:t>OFDDA Conference</w:t>
      </w:r>
    </w:p>
    <w:p w14:paraId="7FD2C7A9" w14:textId="6EC2ED5F" w:rsidR="00E6574D" w:rsidRDefault="003C284A">
      <w:pPr>
        <w:pStyle w:val="AgendaItem"/>
      </w:pPr>
      <w:r>
        <w:rPr>
          <w:b/>
          <w:color w:val="A61E22"/>
        </w:rPr>
        <w:t xml:space="preserve">11.  </w:t>
      </w:r>
      <w:r>
        <w:rPr>
          <w:b/>
          <w:color w:val="17324D"/>
        </w:rPr>
        <w:t>Board Member Comments and Announcements</w:t>
      </w:r>
    </w:p>
    <w:p w14:paraId="49ED144D" w14:textId="14043080" w:rsidR="00E6574D" w:rsidRDefault="00000000">
      <w:pPr>
        <w:pStyle w:val="AgendaItem"/>
        <w:keepNext/>
      </w:pPr>
      <w:r>
        <w:rPr>
          <w:b/>
          <w:color w:val="A61E22"/>
        </w:rPr>
        <w:t>1</w:t>
      </w:r>
      <w:r w:rsidR="008F161C">
        <w:rPr>
          <w:b/>
          <w:color w:val="A61E22"/>
        </w:rPr>
        <w:t>2</w:t>
      </w:r>
      <w:r>
        <w:rPr>
          <w:b/>
          <w:color w:val="A61E22"/>
        </w:rPr>
        <w:t xml:space="preserve">.  </w:t>
      </w:r>
      <w:r>
        <w:rPr>
          <w:b/>
          <w:color w:val="17324D"/>
        </w:rPr>
        <w:t>Next Meeting</w:t>
      </w:r>
    </w:p>
    <w:p w14:paraId="2730A138" w14:textId="37C5CCBC" w:rsidR="00E6574D" w:rsidRDefault="008F161C">
      <w:pPr>
        <w:pStyle w:val="AgendaDetail"/>
      </w:pPr>
      <w:r>
        <w:t>November</w:t>
      </w:r>
      <w:r w:rsidR="00FC68D2">
        <w:t xml:space="preserve"> 1</w:t>
      </w:r>
      <w:r>
        <w:t>1</w:t>
      </w:r>
      <w:r w:rsidR="00FC68D2">
        <w:t>, 2026</w:t>
      </w:r>
    </w:p>
    <w:p w14:paraId="0FA5B39E" w14:textId="4FB8B790" w:rsidR="00E6574D" w:rsidRDefault="00000000">
      <w:pPr>
        <w:pStyle w:val="AgendaItem"/>
        <w:keepNext/>
      </w:pPr>
      <w:r>
        <w:rPr>
          <w:b/>
          <w:color w:val="A61E22"/>
        </w:rPr>
        <w:t>1</w:t>
      </w:r>
      <w:r w:rsidR="008F161C">
        <w:rPr>
          <w:b/>
          <w:color w:val="A61E22"/>
        </w:rPr>
        <w:t>3</w:t>
      </w:r>
      <w:r>
        <w:rPr>
          <w:b/>
          <w:color w:val="A61E22"/>
        </w:rPr>
        <w:t xml:space="preserve">.  </w:t>
      </w:r>
      <w:r>
        <w:rPr>
          <w:b/>
          <w:color w:val="17324D"/>
        </w:rPr>
        <w:t>Adjournment</w:t>
      </w:r>
    </w:p>
    <w:p w14:paraId="62E878CE" w14:textId="155A2C66" w:rsidR="00E6574D" w:rsidRDefault="00000000">
      <w:pPr>
        <w:pStyle w:val="AgendaDetail"/>
      </w:pPr>
      <w:r>
        <w:rPr>
          <w:b/>
          <w:color w:val="A61E22"/>
        </w:rPr>
        <w:t xml:space="preserve">Requested action: </w:t>
      </w:r>
      <w:r>
        <w:rPr>
          <w:color w:val="1F252B"/>
        </w:rPr>
        <w:t>Motion to adjourn.</w:t>
      </w:r>
      <w:r w:rsidR="008F161C">
        <w:rPr>
          <w:color w:val="1F252B"/>
        </w:rPr>
        <w:tab/>
      </w:r>
      <w:r w:rsidR="008F161C">
        <w:rPr>
          <w:b/>
          <w:color w:val="17324D"/>
        </w:rPr>
        <w:t>1</w:t>
      </w:r>
      <w:r w:rsidR="008F161C" w:rsidRPr="008F161C">
        <w:rPr>
          <w:b/>
          <w:color w:val="17324D"/>
          <w:vertAlign w:val="superscript"/>
        </w:rPr>
        <w:t>st</w:t>
      </w:r>
      <w:r w:rsidR="008F161C">
        <w:rPr>
          <w:b/>
          <w:color w:val="17324D"/>
        </w:rPr>
        <w:t xml:space="preserve"> _______ 2</w:t>
      </w:r>
      <w:r w:rsidR="008F161C" w:rsidRPr="008F161C">
        <w:rPr>
          <w:b/>
          <w:color w:val="17324D"/>
          <w:vertAlign w:val="superscript"/>
        </w:rPr>
        <w:t>nd</w:t>
      </w:r>
      <w:r w:rsidR="008F161C">
        <w:rPr>
          <w:b/>
          <w:color w:val="17324D"/>
        </w:rPr>
        <w:t xml:space="preserve"> _______ Vote _______</w:t>
      </w:r>
    </w:p>
    <w:sectPr w:rsidR="00E6574D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835" w:right="1037" w:bottom="835" w:left="1037" w:header="403" w:footer="4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3E0B8" w14:textId="77777777" w:rsidR="00BA4244" w:rsidRDefault="00BA4244">
      <w:pPr>
        <w:spacing w:after="0" w:line="240" w:lineRule="auto"/>
      </w:pPr>
      <w:r>
        <w:separator/>
      </w:r>
    </w:p>
  </w:endnote>
  <w:endnote w:type="continuationSeparator" w:id="0">
    <w:p w14:paraId="573EE0D6" w14:textId="77777777" w:rsidR="00BA4244" w:rsidRDefault="00BA42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3C315" w14:textId="77777777" w:rsidR="00FC68D2" w:rsidRDefault="00FC68D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49285" w14:textId="6987A3D0" w:rsidR="00E6574D" w:rsidRDefault="00000000">
    <w:pPr>
      <w:pStyle w:val="Footer"/>
      <w:jc w:val="center"/>
    </w:pPr>
    <w:r>
      <w:rPr>
        <w:color w:val="59636E"/>
        <w:sz w:val="15"/>
      </w:rPr>
      <w:t xml:space="preserve">Lowell Fire Protection </w:t>
    </w:r>
    <w:r w:rsidR="00FC68D2">
      <w:rPr>
        <w:color w:val="59636E"/>
        <w:sz w:val="15"/>
      </w:rPr>
      <w:t>District • Board</w:t>
    </w:r>
    <w:r>
      <w:rPr>
        <w:color w:val="59636E"/>
        <w:sz w:val="15"/>
      </w:rPr>
      <w:t xml:space="preserve"> Meeting </w:t>
    </w:r>
    <w:r w:rsidR="00FC68D2">
      <w:rPr>
        <w:color w:val="59636E"/>
        <w:sz w:val="15"/>
      </w:rPr>
      <w:t>Agenda • Page</w:t>
    </w:r>
    <w:r>
      <w:rPr>
        <w:color w:val="59636E"/>
        <w:sz w:val="15"/>
      </w:rPr>
      <w:t xml:space="preserve"> </w:t>
    </w:r>
    <w:r>
      <w:fldChar w:fldCharType="begin"/>
    </w:r>
    <w:r>
      <w:instrText>PAGE</w:instrText>
    </w:r>
    <w:r>
      <w:fldChar w:fldCharType="separate"/>
    </w:r>
    <w:r w:rsidR="00FC68D2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68B77" w14:textId="77777777" w:rsidR="00FC68D2" w:rsidRDefault="00FC68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7B674" w14:textId="77777777" w:rsidR="00BA4244" w:rsidRDefault="00BA4244">
      <w:pPr>
        <w:spacing w:after="0" w:line="240" w:lineRule="auto"/>
      </w:pPr>
      <w:r>
        <w:separator/>
      </w:r>
    </w:p>
  </w:footnote>
  <w:footnote w:type="continuationSeparator" w:id="0">
    <w:p w14:paraId="36FF85DB" w14:textId="77777777" w:rsidR="00BA4244" w:rsidRDefault="00BA42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AEA5E" w14:textId="77777777" w:rsidR="00FC68D2" w:rsidRDefault="00FC68D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777AC" w14:textId="5E8030EF" w:rsidR="00E6574D" w:rsidRDefault="00000000">
    <w:pPr>
      <w:pStyle w:val="Header"/>
      <w:jc w:val="right"/>
    </w:pPr>
    <w:r>
      <w:rPr>
        <w:b/>
        <w:color w:val="59636E"/>
        <w:sz w:val="15"/>
      </w:rPr>
      <w:t xml:space="preserve">LOWELL FIRE PROTECTION </w:t>
    </w:r>
    <w:r w:rsidR="00FC68D2">
      <w:rPr>
        <w:b/>
        <w:color w:val="59636E"/>
        <w:sz w:val="15"/>
      </w:rPr>
      <w:t>DISTRICT | BOARD</w:t>
    </w:r>
    <w:r>
      <w:rPr>
        <w:b/>
        <w:color w:val="59636E"/>
        <w:sz w:val="15"/>
      </w:rPr>
      <w:t xml:space="preserve"> OF DIRECTORS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17464" w14:textId="77777777" w:rsidR="00FC68D2" w:rsidRDefault="00FC68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C501251"/>
    <w:multiLevelType w:val="hybridMultilevel"/>
    <w:tmpl w:val="A28E9DB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E324EAE"/>
    <w:multiLevelType w:val="hybridMultilevel"/>
    <w:tmpl w:val="7428AB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4DA151C"/>
    <w:multiLevelType w:val="hybridMultilevel"/>
    <w:tmpl w:val="F2C87D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831C40"/>
    <w:multiLevelType w:val="hybridMultilevel"/>
    <w:tmpl w:val="055049AA"/>
    <w:lvl w:ilvl="0" w:tplc="04090001">
      <w:start w:val="1"/>
      <w:numFmt w:val="bullet"/>
      <w:lvlText w:val=""/>
      <w:lvlJc w:val="left"/>
      <w:pPr>
        <w:ind w:left="126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13" w15:restartNumberingAfterBreak="0">
    <w:nsid w:val="7CDB297E"/>
    <w:multiLevelType w:val="hybridMultilevel"/>
    <w:tmpl w:val="F2984D12"/>
    <w:lvl w:ilvl="0" w:tplc="0409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num w:numId="1" w16cid:durableId="271985146">
    <w:abstractNumId w:val="8"/>
  </w:num>
  <w:num w:numId="2" w16cid:durableId="1809787417">
    <w:abstractNumId w:val="6"/>
  </w:num>
  <w:num w:numId="3" w16cid:durableId="243732067">
    <w:abstractNumId w:val="5"/>
  </w:num>
  <w:num w:numId="4" w16cid:durableId="2074424925">
    <w:abstractNumId w:val="4"/>
  </w:num>
  <w:num w:numId="5" w16cid:durableId="156307024">
    <w:abstractNumId w:val="7"/>
  </w:num>
  <w:num w:numId="6" w16cid:durableId="2017413738">
    <w:abstractNumId w:val="3"/>
  </w:num>
  <w:num w:numId="7" w16cid:durableId="759643470">
    <w:abstractNumId w:val="2"/>
  </w:num>
  <w:num w:numId="8" w16cid:durableId="1120994809">
    <w:abstractNumId w:val="1"/>
  </w:num>
  <w:num w:numId="9" w16cid:durableId="7221825">
    <w:abstractNumId w:val="0"/>
  </w:num>
  <w:num w:numId="10" w16cid:durableId="1245145748">
    <w:abstractNumId w:val="12"/>
  </w:num>
  <w:num w:numId="11" w16cid:durableId="60687344">
    <w:abstractNumId w:val="10"/>
  </w:num>
  <w:num w:numId="12" w16cid:durableId="1257052511">
    <w:abstractNumId w:val="9"/>
  </w:num>
  <w:num w:numId="13" w16cid:durableId="195700489">
    <w:abstractNumId w:val="11"/>
  </w:num>
  <w:num w:numId="14" w16cid:durableId="148022330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6BD5"/>
    <w:rsid w:val="0006063C"/>
    <w:rsid w:val="0015074B"/>
    <w:rsid w:val="00180A94"/>
    <w:rsid w:val="001A1B08"/>
    <w:rsid w:val="0029639D"/>
    <w:rsid w:val="00326F90"/>
    <w:rsid w:val="003A4C91"/>
    <w:rsid w:val="003C284A"/>
    <w:rsid w:val="004C5BD4"/>
    <w:rsid w:val="007C5E85"/>
    <w:rsid w:val="008F161C"/>
    <w:rsid w:val="00AA1D8D"/>
    <w:rsid w:val="00AA5654"/>
    <w:rsid w:val="00B47730"/>
    <w:rsid w:val="00B50145"/>
    <w:rsid w:val="00BA4244"/>
    <w:rsid w:val="00CB0664"/>
    <w:rsid w:val="00D03899"/>
    <w:rsid w:val="00E6574D"/>
    <w:rsid w:val="00ED56B2"/>
    <w:rsid w:val="00F60FA8"/>
    <w:rsid w:val="00FC68D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B8D0A8"/>
  <w14:defaultImageDpi w14:val="300"/>
  <w15:docId w15:val="{C1D908AC-C291-46A6-9786-D2E0CCF3E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Arial" w:hAnsi="Arial"/>
      <w:color w:val="1F252B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/>
      <w:b/>
      <w:bCs/>
      <w:color w:val="A61E22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/>
      <w:outlineLvl w:val="1"/>
    </w:pPr>
    <w:rPr>
      <w:rFonts w:asciiTheme="majorHAnsi" w:eastAsiaTheme="majorEastAsia" w:hAnsiTheme="majorHAnsi" w:cstheme="majorBidi"/>
      <w:b/>
      <w:bCs/>
      <w:color w:val="17324D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gendaItem">
    <w:name w:val="Agenda Item"/>
    <w:pPr>
      <w:keepLines/>
      <w:spacing w:before="100" w:after="20"/>
      <w:ind w:left="29"/>
    </w:pPr>
    <w:rPr>
      <w:rFonts w:ascii="Arial" w:hAnsi="Arial"/>
    </w:rPr>
  </w:style>
  <w:style w:type="paragraph" w:customStyle="1" w:styleId="AgendaDetail">
    <w:name w:val="Agenda Detail"/>
    <w:pPr>
      <w:spacing w:after="40" w:line="240" w:lineRule="auto"/>
      <w:ind w:left="547"/>
    </w:pPr>
    <w:rPr>
      <w:rFonts w:ascii="Arial" w:hAnsi="Arial"/>
      <w:color w:val="59636E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Lowell Fire Protection District Board Meeting Agenda Template</dc:title>
  <dc:subject>Reusable Board of Directors meeting agenda</dc:subject>
  <dc:creator>Lowell Fire Protection District</dc:creator>
  <cp:keywords/>
  <dc:description>generated by python-docx</dc:description>
  <cp:lastModifiedBy>Lon Dragt</cp:lastModifiedBy>
  <cp:revision>4</cp:revision>
  <dcterms:created xsi:type="dcterms:W3CDTF">2026-09-14T21:11:00Z</dcterms:created>
  <dcterms:modified xsi:type="dcterms:W3CDTF">2026-09-29T15:36:00Z</dcterms:modified>
  <cp:category/>
</cp:coreProperties>
</file>